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7A79" w:rsidRPr="00AE219E" w:rsidRDefault="00AE219E" w:rsidP="00AE219E">
      <w:pPr>
        <w:rPr>
          <w:b/>
          <w:sz w:val="24"/>
          <w:szCs w:val="24"/>
          <w:lang w:val="mk-MK"/>
        </w:rPr>
      </w:pPr>
      <w:r w:rsidRPr="00AE219E">
        <w:rPr>
          <w:b/>
          <w:sz w:val="24"/>
          <w:szCs w:val="24"/>
          <w:lang w:val="mk-MK"/>
        </w:rPr>
        <w:t>08-457/1</w:t>
      </w:r>
    </w:p>
    <w:p w:rsidR="00AE219E" w:rsidRPr="00AE219E" w:rsidRDefault="00E4421F" w:rsidP="00AE219E">
      <w:pPr>
        <w:rPr>
          <w:b/>
          <w:sz w:val="32"/>
          <w:lang w:val="mk-MK"/>
        </w:rPr>
      </w:pPr>
      <w:r>
        <w:rPr>
          <w:b/>
          <w:sz w:val="24"/>
          <w:szCs w:val="24"/>
          <w:lang w:val="mk-MK"/>
        </w:rPr>
        <w:t xml:space="preserve"> </w:t>
      </w:r>
      <w:bookmarkStart w:id="0" w:name="_GoBack"/>
      <w:bookmarkEnd w:id="0"/>
      <w:r w:rsidR="00AE219E" w:rsidRPr="00AE219E">
        <w:rPr>
          <w:b/>
          <w:sz w:val="24"/>
          <w:szCs w:val="24"/>
          <w:lang w:val="mk-MK"/>
        </w:rPr>
        <w:t>25.8.2026г</w:t>
      </w:r>
      <w:r w:rsidR="00AE219E">
        <w:rPr>
          <w:b/>
          <w:sz w:val="32"/>
          <w:lang w:val="mk-MK"/>
        </w:rPr>
        <w:t>.</w:t>
      </w:r>
    </w:p>
    <w:p w:rsidR="00457A79" w:rsidRDefault="00457A79">
      <w:pPr>
        <w:jc w:val="center"/>
        <w:rPr>
          <w:b/>
          <w:sz w:val="32"/>
        </w:rPr>
      </w:pPr>
    </w:p>
    <w:p w:rsidR="0037327B" w:rsidRDefault="00A45D98">
      <w:pPr>
        <w:jc w:val="center"/>
      </w:pPr>
      <w:r>
        <w:rPr>
          <w:b/>
          <w:sz w:val="32"/>
        </w:rPr>
        <w:t xml:space="preserve">СОСУ „СВ. КИРИЛ И </w:t>
      </w:r>
      <w:proofErr w:type="gramStart"/>
      <w:r>
        <w:rPr>
          <w:b/>
          <w:sz w:val="32"/>
        </w:rPr>
        <w:t>МЕТОДИЈ“ –</w:t>
      </w:r>
      <w:proofErr w:type="gramEnd"/>
      <w:r>
        <w:rPr>
          <w:b/>
          <w:sz w:val="32"/>
        </w:rPr>
        <w:t xml:space="preserve"> ОХРИД</w:t>
      </w:r>
    </w:p>
    <w:p w:rsidR="0037327B" w:rsidRDefault="0037327B"/>
    <w:p w:rsidR="00457A79" w:rsidRDefault="00457A79"/>
    <w:p w:rsidR="00457A79" w:rsidRDefault="00457A79"/>
    <w:p w:rsidR="00457A79" w:rsidRDefault="00457A79"/>
    <w:p w:rsidR="00457A79" w:rsidRDefault="00457A79"/>
    <w:p w:rsidR="00457A79" w:rsidRDefault="00457A79"/>
    <w:p w:rsidR="00457A79" w:rsidRDefault="00457A79"/>
    <w:p w:rsidR="00457A79" w:rsidRPr="00924521" w:rsidRDefault="00457A79">
      <w:pPr>
        <w:rPr>
          <w:lang w:val="mk-MK"/>
        </w:rPr>
      </w:pPr>
    </w:p>
    <w:p w:rsidR="00457A79" w:rsidRDefault="00457A79"/>
    <w:p w:rsidR="00457A79" w:rsidRDefault="00457A79"/>
    <w:p w:rsidR="0037327B" w:rsidRDefault="00A45D98">
      <w:pPr>
        <w:jc w:val="center"/>
      </w:pPr>
      <w:r>
        <w:rPr>
          <w:b/>
          <w:sz w:val="36"/>
        </w:rPr>
        <w:t>ИНТЕРЕН ПРАВИЛНИК</w:t>
      </w:r>
      <w:r>
        <w:rPr>
          <w:b/>
          <w:sz w:val="36"/>
        </w:rPr>
        <w:br/>
        <w:t>ЗА СПРЕЧУВАЊЕ И ЗАШТИТА ОД НАСИЛСТВО</w:t>
      </w:r>
    </w:p>
    <w:p w:rsidR="0037327B" w:rsidRDefault="0037327B"/>
    <w:p w:rsidR="0037327B" w:rsidRDefault="00A45D98">
      <w:pPr>
        <w:jc w:val="center"/>
      </w:pPr>
      <w:r>
        <w:rPr>
          <w:sz w:val="24"/>
        </w:rPr>
        <w:t>Охрид, 2026 година</w:t>
      </w:r>
    </w:p>
    <w:p w:rsidR="0037327B" w:rsidRDefault="00A45D98">
      <w:r>
        <w:br w:type="page"/>
      </w:r>
    </w:p>
    <w:p w:rsidR="0037327B" w:rsidRDefault="00A45D98">
      <w:pPr>
        <w:pStyle w:val="Heading1"/>
      </w:pPr>
      <w:r>
        <w:lastRenderedPageBreak/>
        <w:t>ОПШТИ ОДРЕДБИ</w:t>
      </w:r>
    </w:p>
    <w:p w:rsidR="0037327B" w:rsidRDefault="00A45D98">
      <w:r>
        <w:rPr>
          <w:b/>
        </w:rPr>
        <w:t>Член 1</w:t>
      </w:r>
      <w:r>
        <w:rPr>
          <w:b/>
        </w:rPr>
        <w:br/>
      </w:r>
      <w:r>
        <w:t>Со овој Интерен правилник се уредуваат начинот на спречување и заштита од насилство во СОСУ „Св. Кирил и Методиј“ – Охрид, формите на насилство, постапките за пријавување и постапување, улогата и одговорностите на вработените, учениците и родителите, надлежностите на тимот за постапување при насилство, мерките за заштита и поддршка, превентивните активности, како и начинот на водење на евиденцијата и документацијата.</w:t>
      </w:r>
    </w:p>
    <w:p w:rsidR="0037327B" w:rsidRDefault="00A45D98">
      <w:pPr>
        <w:pStyle w:val="ListBullet"/>
      </w:pPr>
      <w:r>
        <w:t>Јасно дефинирање на насилството и неговите форми, за учениците, наставниците и родителите да знаат што се смета за насилство.</w:t>
      </w:r>
    </w:p>
    <w:p w:rsidR="0037327B" w:rsidRDefault="00A45D98">
      <w:pPr>
        <w:pStyle w:val="ListBullet"/>
      </w:pPr>
      <w:r>
        <w:t>Утврдување постапки за пријавување и постапување, со механизми преку кои учениците, родителите и наставниците можат да пријават насилство без страв од одмазда.</w:t>
      </w:r>
    </w:p>
    <w:p w:rsidR="0037327B" w:rsidRDefault="00A45D98">
      <w:pPr>
        <w:pStyle w:val="ListBullet"/>
      </w:pPr>
      <w:r>
        <w:t>Заштита на жртвите и соодветна реакција кон сторителите, преку психолошка, едукативна и социјална поддршка, ресоцијализација и соодветни педагошки мерки.</w:t>
      </w:r>
    </w:p>
    <w:p w:rsidR="0037327B" w:rsidRDefault="00A45D98">
      <w:pPr>
        <w:pStyle w:val="ListBullet"/>
      </w:pPr>
      <w:r>
        <w:t>Воспоставување одговорности на училиштето и вработените и прецизирање на улогата на директорот, стручните соработници, наставниците, раководителите на паралелките и другите вработени.</w:t>
      </w:r>
    </w:p>
    <w:p w:rsidR="0037327B" w:rsidRDefault="00A45D98">
      <w:pPr>
        <w:pStyle w:val="ListBullet"/>
      </w:pPr>
      <w:r>
        <w:t>Информирање и вклучување на учениците и родителите и подигнување на свеста за последиците од насилството и улогата на секој член на училишната заедница.</w:t>
      </w:r>
    </w:p>
    <w:p w:rsidR="0037327B" w:rsidRDefault="00A45D98">
      <w:pPr>
        <w:pStyle w:val="Heading1"/>
      </w:pPr>
      <w:r>
        <w:t>ДЕФИНИРАЊЕ И ВИДОВИ ФОРМИ НА НАСИЛСТВО</w:t>
      </w:r>
    </w:p>
    <w:p w:rsidR="0037327B" w:rsidRDefault="00A45D98">
      <w:r>
        <w:rPr>
          <w:b/>
        </w:rPr>
        <w:t>Член 2</w:t>
      </w:r>
      <w:r>
        <w:rPr>
          <w:b/>
        </w:rPr>
        <w:br/>
      </w:r>
    </w:p>
    <w:p w:rsidR="0037327B" w:rsidRDefault="00A45D98">
      <w:r>
        <w:rPr>
          <w:b/>
        </w:rPr>
        <w:t xml:space="preserve">Занемарување: </w:t>
      </w:r>
      <w:r>
        <w:t>Неисполнување на обврските кон ученикот од страна на родител/старател или друго лице, што доведува до пропуштање на грижата за неговите основни потреби – физички, образовни, здравствени или емоционални.</w:t>
      </w:r>
    </w:p>
    <w:p w:rsidR="0037327B" w:rsidRDefault="00A45D98">
      <w:r>
        <w:rPr>
          <w:b/>
        </w:rPr>
        <w:t xml:space="preserve">Злоупотреба: </w:t>
      </w:r>
      <w:r>
        <w:t>Користење на ученикот во цел или на начин што е штетен за неговото здравје, безбедност или развој, вклучувајќи сексуална злоупотреба, експлоатација, манипулација или злоупотреба на моќ.</w:t>
      </w:r>
    </w:p>
    <w:p w:rsidR="0037327B" w:rsidRDefault="00A45D98">
      <w:r>
        <w:rPr>
          <w:b/>
        </w:rPr>
        <w:t xml:space="preserve">Насилство: </w:t>
      </w:r>
      <w:r>
        <w:t>Секое дејствие што предизвикува штета, страдање или повреда на достоинството на ученикот и може сериозно да ја наруши училишната безбедност и кохезија.</w:t>
      </w:r>
    </w:p>
    <w:p w:rsidR="0037327B" w:rsidRDefault="00A45D98">
      <w:r>
        <w:t>Се разликуваат следниве форми на насилство:</w:t>
      </w:r>
    </w:p>
    <w:p w:rsidR="0037327B" w:rsidRDefault="00A45D98">
      <w:pPr>
        <w:pStyle w:val="ListBullet"/>
      </w:pPr>
      <w:r>
        <w:t>Физичко насилство: удирање, туркање, тепање, закани со предмети и слично.</w:t>
      </w:r>
    </w:p>
    <w:p w:rsidR="0037327B" w:rsidRDefault="00A45D98">
      <w:pPr>
        <w:pStyle w:val="ListBullet"/>
      </w:pPr>
      <w:r>
        <w:t>Емоционално/психичко насилство: исмевање, навредување, закани, потценување, манипулација и слично.</w:t>
      </w:r>
    </w:p>
    <w:p w:rsidR="0037327B" w:rsidRDefault="00A45D98">
      <w:pPr>
        <w:pStyle w:val="ListBullet"/>
      </w:pPr>
      <w:r>
        <w:t>Социјално насилство: исклучување, игнорирање, организирано отфрлање, ширење трачеви и слично.</w:t>
      </w:r>
    </w:p>
    <w:p w:rsidR="0037327B" w:rsidRDefault="00A45D98">
      <w:pPr>
        <w:pStyle w:val="ListBullet"/>
      </w:pPr>
      <w:r>
        <w:t>Сексуално насилство: допирање без дозвола, коментари со сексуална конотација, изложување, присилување на сексуални дејствија и слично.</w:t>
      </w:r>
    </w:p>
    <w:p w:rsidR="0037327B" w:rsidRDefault="00A45D98">
      <w:pPr>
        <w:pStyle w:val="ListBullet"/>
      </w:pPr>
      <w:r>
        <w:t>Кибернасилство: навредливи пораки, објави, дигитално вознемирување или изложување на ученик преку интернет и слично.</w:t>
      </w:r>
    </w:p>
    <w:p w:rsidR="0037327B" w:rsidRDefault="00A45D98">
      <w:r>
        <w:lastRenderedPageBreak/>
        <w:t>Поделбата на насилството по три нивоа служи како патоказ за одредување на мерките во фазата на интервенција. Поделбата по нивоа не значи дека насилството од прво или второ ниво, особено ако се повторува, не може да биде сериозно. За секој случај училиштето одлучува засебно, земајќи ги предвид околностите и личните карактеристики на жртвата и сторителот.</w:t>
      </w:r>
    </w:p>
    <w:p w:rsidR="0037327B" w:rsidRDefault="00A45D98">
      <w:r>
        <w:t>Кај инциденти без значајни последици кои се случуваат првпат, вработениот кој го прекинал насилството може сам да ја смири ситуацијата доколку процени дека е во можност. Ако не може да ја смири ситуацијата, го повикува контакт-лицето или неговиот заменик. Кај повторени инциденти или кај инциденти од повисоките нивоа, вработениот е должен да го повика контакт-лицето или неговиот заменик.</w:t>
      </w:r>
    </w:p>
    <w:p w:rsidR="0037327B" w:rsidRDefault="00A45D98">
      <w:pPr>
        <w:pStyle w:val="Heading1"/>
      </w:pPr>
      <w:r>
        <w:t>УЛОГА И ОБВРСКИ НА ВРАБОТЕНИТЕ</w:t>
      </w:r>
    </w:p>
    <w:p w:rsidR="0037327B" w:rsidRDefault="00A45D98">
      <w:r>
        <w:rPr>
          <w:b/>
        </w:rPr>
        <w:t>Член 3</w:t>
      </w:r>
      <w:r>
        <w:rPr>
          <w:b/>
        </w:rPr>
        <w:br/>
      </w:r>
    </w:p>
    <w:p w:rsidR="0037327B" w:rsidRDefault="00A45D98">
      <w:pPr>
        <w:pStyle w:val="ListBullet"/>
      </w:pPr>
      <w:r>
        <w:t>Секој вработен одговорно делува во борбата против насилството и во создавањето училишна ненасилна клима.</w:t>
      </w:r>
    </w:p>
    <w:p w:rsidR="0037327B" w:rsidRDefault="00A45D98">
      <w:pPr>
        <w:pStyle w:val="ListBullet"/>
      </w:pPr>
      <w:r>
        <w:t>При спроведување мерки и активности секој вработен ги почитува применливите правила за спречување корупција и судир на интереси.</w:t>
      </w:r>
    </w:p>
    <w:p w:rsidR="0037327B" w:rsidRDefault="00A45D98">
      <w:pPr>
        <w:pStyle w:val="ListBullet"/>
      </w:pPr>
      <w:r>
        <w:t>Ниту еден вработен не смее да дејствува или да се воздржи од дејствување под влијание на примена корист или ветување за корист.</w:t>
      </w:r>
    </w:p>
    <w:p w:rsidR="0037327B" w:rsidRDefault="00A45D98">
      <w:pPr>
        <w:pStyle w:val="ListBullet"/>
      </w:pPr>
      <w:r>
        <w:t>Вработен кој има судир на интереси е должен да го изјави тоа и да се изземе од тимот.</w:t>
      </w:r>
    </w:p>
    <w:p w:rsidR="0037327B" w:rsidRDefault="00A45D98">
      <w:pPr>
        <w:pStyle w:val="ListBullet"/>
      </w:pPr>
      <w:r>
        <w:t>Во случаи на насилство над ученик, вработените се должни веднаш да го прекинат насилството. Кај посериозна форма, кога не можат сами да го сопрат, веднаш се повикува полиција.</w:t>
      </w:r>
    </w:p>
    <w:p w:rsidR="0037327B" w:rsidRDefault="00A45D98">
      <w:pPr>
        <w:pStyle w:val="ListBullet"/>
      </w:pPr>
      <w:r>
        <w:t>Доколку сторител е возрасно лице, директорот постапува со вклучување на надлежните институции, согласно потребата.</w:t>
      </w:r>
    </w:p>
    <w:p w:rsidR="0037327B" w:rsidRDefault="00A45D98">
      <w:pPr>
        <w:pStyle w:val="ListBullet"/>
      </w:pPr>
      <w:r>
        <w:t>Доколку сторител е вработен во училиштето, директорот постапува согласно применливите прописи.</w:t>
      </w:r>
    </w:p>
    <w:p w:rsidR="0037327B" w:rsidRDefault="00A45D98">
      <w:pPr>
        <w:pStyle w:val="ListBullet"/>
      </w:pPr>
      <w:r>
        <w:t>Доколку сторител е директорот, контакт-лицето ги известува надлежните органи и институции.</w:t>
      </w:r>
    </w:p>
    <w:p w:rsidR="0037327B" w:rsidRDefault="00A45D98">
      <w:pPr>
        <w:pStyle w:val="Heading2"/>
      </w:pPr>
      <w:r>
        <w:t>Обврски и одговорности на директорот</w:t>
      </w:r>
    </w:p>
    <w:p w:rsidR="0037327B" w:rsidRDefault="00A45D98">
      <w:pPr>
        <w:pStyle w:val="ListBullet"/>
      </w:pPr>
      <w:r>
        <w:t>го усвојува и надгледува спроведувањето на интерниот акт;</w:t>
      </w:r>
    </w:p>
    <w:p w:rsidR="0037327B" w:rsidRDefault="00A45D98">
      <w:pPr>
        <w:pStyle w:val="ListBullet"/>
      </w:pPr>
      <w:r>
        <w:t>го следи начинот на постапување и спроведувањето на постапката и носи одлуки во сложени ситуации;</w:t>
      </w:r>
    </w:p>
    <w:p w:rsidR="0037327B" w:rsidRDefault="00A45D98">
      <w:pPr>
        <w:pStyle w:val="ListBullet"/>
      </w:pPr>
      <w:r>
        <w:t>одговорен е за целокупната организација;</w:t>
      </w:r>
    </w:p>
    <w:p w:rsidR="0037327B" w:rsidRDefault="00A45D98">
      <w:pPr>
        <w:pStyle w:val="ListBullet"/>
      </w:pPr>
      <w:r>
        <w:t>го одобрува вклучувањето на надворешни субјекти, кога тоа е потребно.</w:t>
      </w:r>
    </w:p>
    <w:p w:rsidR="0037327B" w:rsidRDefault="00A45D98">
      <w:pPr>
        <w:pStyle w:val="Heading2"/>
      </w:pPr>
      <w:r>
        <w:t>Обврски и одговорности на стручните соработници</w:t>
      </w:r>
    </w:p>
    <w:p w:rsidR="0037327B" w:rsidRDefault="00A45D98">
      <w:pPr>
        <w:pStyle w:val="ListBullet"/>
      </w:pPr>
      <w:r>
        <w:t>еден стручен соработник се назначува како официјално контакт-лице;</w:t>
      </w:r>
    </w:p>
    <w:p w:rsidR="0037327B" w:rsidRDefault="00A45D98">
      <w:pPr>
        <w:pStyle w:val="ListBullet"/>
      </w:pPr>
      <w:r>
        <w:t>активно ја набљудуваат состојбата;</w:t>
      </w:r>
    </w:p>
    <w:p w:rsidR="0037327B" w:rsidRDefault="00A45D98">
      <w:pPr>
        <w:pStyle w:val="ListBullet"/>
      </w:pPr>
      <w:r>
        <w:t>преземаат соодветни превентивни и поддржувачки мерки;</w:t>
      </w:r>
    </w:p>
    <w:p w:rsidR="0037327B" w:rsidRDefault="00A45D98">
      <w:pPr>
        <w:pStyle w:val="ListBullet"/>
      </w:pPr>
      <w:r>
        <w:t>водат записници и документација;</w:t>
      </w:r>
    </w:p>
    <w:p w:rsidR="0037327B" w:rsidRDefault="00A45D98">
      <w:pPr>
        <w:pStyle w:val="ListBullet"/>
      </w:pPr>
      <w:r>
        <w:t>работат со ученици индивидуално или групно;</w:t>
      </w:r>
    </w:p>
    <w:p w:rsidR="0037327B" w:rsidRDefault="00A45D98">
      <w:pPr>
        <w:pStyle w:val="ListBullet"/>
      </w:pPr>
      <w:r>
        <w:lastRenderedPageBreak/>
        <w:t>ги информираат родителите/старателите.</w:t>
      </w:r>
    </w:p>
    <w:p w:rsidR="0037327B" w:rsidRDefault="00A45D98">
      <w:pPr>
        <w:pStyle w:val="Heading2"/>
      </w:pPr>
      <w:r>
        <w:t>Обврски на раководителите на паралелките и наставниците</w:t>
      </w:r>
    </w:p>
    <w:p w:rsidR="0037327B" w:rsidRDefault="00A45D98">
      <w:pPr>
        <w:pStyle w:val="ListBullet"/>
      </w:pPr>
      <w:r>
        <w:t>ги информираат учениците за интерниот правилник;</w:t>
      </w:r>
    </w:p>
    <w:p w:rsidR="0037327B" w:rsidRDefault="00A45D98">
      <w:pPr>
        <w:pStyle w:val="ListBullet"/>
      </w:pPr>
      <w:r>
        <w:t>поттикнуваат пријателска атмосфера;</w:t>
      </w:r>
    </w:p>
    <w:p w:rsidR="0037327B" w:rsidRDefault="00A45D98">
      <w:pPr>
        <w:pStyle w:val="ListBullet"/>
      </w:pPr>
      <w:r>
        <w:t>ја следат динамиката и однесувањето во паралелката;</w:t>
      </w:r>
    </w:p>
    <w:p w:rsidR="0037327B" w:rsidRDefault="00A45D98">
      <w:pPr>
        <w:pStyle w:val="ListBullet"/>
      </w:pPr>
      <w:r>
        <w:t>реагираат при сомнеж за насилство;</w:t>
      </w:r>
    </w:p>
    <w:p w:rsidR="0037327B" w:rsidRDefault="00A45D98">
      <w:pPr>
        <w:pStyle w:val="ListBullet"/>
      </w:pPr>
      <w:r>
        <w:t>даваат поддршка на учениците-жртви;</w:t>
      </w:r>
    </w:p>
    <w:p w:rsidR="0037327B" w:rsidRDefault="00A45D98">
      <w:pPr>
        <w:pStyle w:val="ListBullet"/>
      </w:pPr>
      <w:r>
        <w:t>водат евиденција за реализирани активности;</w:t>
      </w:r>
    </w:p>
    <w:p w:rsidR="0037327B" w:rsidRDefault="00A45D98">
      <w:pPr>
        <w:pStyle w:val="ListBullet"/>
      </w:pPr>
      <w:r>
        <w:t>пишуваат записник кога се сведоци на насилство;</w:t>
      </w:r>
    </w:p>
    <w:p w:rsidR="0037327B" w:rsidRDefault="00A45D98">
      <w:pPr>
        <w:pStyle w:val="ListBullet"/>
      </w:pPr>
      <w:r>
        <w:t>учествуваат на обуки за превенција.</w:t>
      </w:r>
    </w:p>
    <w:p w:rsidR="0037327B" w:rsidRDefault="00A45D98">
      <w:pPr>
        <w:pStyle w:val="Heading2"/>
      </w:pPr>
      <w:r>
        <w:t>Обврски на административно-техничкиот персонал</w:t>
      </w:r>
    </w:p>
    <w:p w:rsidR="0037327B" w:rsidRDefault="00A45D98">
      <w:pPr>
        <w:pStyle w:val="ListBullet"/>
      </w:pPr>
      <w:r>
        <w:t>го набљудуваат однесувањето на учениците во дворот, ходниците и заедничките простории;</w:t>
      </w:r>
    </w:p>
    <w:p w:rsidR="0037327B" w:rsidRDefault="00A45D98">
      <w:pPr>
        <w:pStyle w:val="ListBullet"/>
      </w:pPr>
      <w:r>
        <w:t>при сомнително однесување веднаш ги информираат стручните соработници, контакт-лицето, заменикот или директорот;</w:t>
      </w:r>
    </w:p>
    <w:p w:rsidR="0037327B" w:rsidRDefault="00A45D98">
      <w:pPr>
        <w:pStyle w:val="ListBullet"/>
      </w:pPr>
      <w:r>
        <w:t>се информираат и едуцираат за основните индикатори на насилство.</w:t>
      </w:r>
    </w:p>
    <w:p w:rsidR="0037327B" w:rsidRDefault="00A45D98">
      <w:pPr>
        <w:pStyle w:val="Heading2"/>
      </w:pPr>
      <w:r>
        <w:t>Обврски на учениците</w:t>
      </w:r>
    </w:p>
    <w:p w:rsidR="0037327B" w:rsidRDefault="00A45D98">
      <w:pPr>
        <w:pStyle w:val="ListBullet"/>
      </w:pPr>
      <w:r>
        <w:t>ги почитуваат другите ученици и принципите на толеранција;</w:t>
      </w:r>
    </w:p>
    <w:p w:rsidR="0037327B" w:rsidRDefault="00A45D98">
      <w:pPr>
        <w:pStyle w:val="ListBullet"/>
      </w:pPr>
      <w:r>
        <w:t>не учествуваат во ниту еден облик на насилно однесување;</w:t>
      </w:r>
    </w:p>
    <w:p w:rsidR="0037327B" w:rsidRDefault="00A45D98">
      <w:pPr>
        <w:pStyle w:val="ListBullet"/>
      </w:pPr>
      <w:r>
        <w:t>при сомнеж или сведоштво се обраќаат кај контакт-лицето, стручните соработници, наставник или директор;</w:t>
      </w:r>
    </w:p>
    <w:p w:rsidR="0037327B" w:rsidRDefault="00A45D98">
      <w:pPr>
        <w:pStyle w:val="ListBullet"/>
      </w:pPr>
      <w:r>
        <w:t>иницираат и учествуваат во активности за спречување на насилство.</w:t>
      </w:r>
    </w:p>
    <w:p w:rsidR="0037327B" w:rsidRDefault="00A45D98">
      <w:pPr>
        <w:pStyle w:val="Heading2"/>
      </w:pPr>
      <w:r>
        <w:t>Обврски на родителите</w:t>
      </w:r>
    </w:p>
    <w:p w:rsidR="0037327B" w:rsidRDefault="00A45D98">
      <w:pPr>
        <w:pStyle w:val="ListBullet"/>
      </w:pPr>
      <w:r>
        <w:t>информираат за промени кај детето;</w:t>
      </w:r>
    </w:p>
    <w:p w:rsidR="0037327B" w:rsidRDefault="00A45D98">
      <w:pPr>
        <w:pStyle w:val="ListBullet"/>
      </w:pPr>
      <w:r>
        <w:t>соработуваат со училиштето и реагираат доколку детето пренесе искуство на насилство;</w:t>
      </w:r>
    </w:p>
    <w:p w:rsidR="0037327B" w:rsidRDefault="00A45D98">
      <w:pPr>
        <w:pStyle w:val="ListBullet"/>
      </w:pPr>
      <w:r>
        <w:t>активно се вклучуваат во превентивни активности и подигнување на свеста.</w:t>
      </w:r>
    </w:p>
    <w:p w:rsidR="0037327B" w:rsidRDefault="00A45D98">
      <w:pPr>
        <w:pStyle w:val="Heading2"/>
      </w:pPr>
      <w:r>
        <w:t>ОБВРСКИ НА КОНТАКТ-ЛИЦАТА ЗА ПРИЈАВУВАЊЕ НАСИЛСТВО</w:t>
      </w:r>
    </w:p>
    <w:p w:rsidR="0037327B" w:rsidRDefault="00A45D98">
      <w:r>
        <w:t>Контакт-лице и заменик контакт-лице за пријавување насилство се лица именувани од училиштето и задолжени за прием и обработка на пријави. Во секојдневната комуникација може да се користи и изразот „лице за доверба“.</w:t>
      </w:r>
    </w:p>
    <w:p w:rsidR="0037327B" w:rsidRDefault="00A45D98">
      <w:pPr>
        <w:pStyle w:val="ListBullet"/>
      </w:pPr>
      <w:r>
        <w:t>ги информираат учениците и вработените за нивните обврски и надлежности;</w:t>
      </w:r>
    </w:p>
    <w:p w:rsidR="0037327B" w:rsidRDefault="00A45D98">
      <w:pPr>
        <w:pStyle w:val="ListBullet"/>
      </w:pPr>
      <w:r>
        <w:t>имаат редовен пристап до онлајн пријавите и ги проверуваат најмалку еднаш неделно;</w:t>
      </w:r>
    </w:p>
    <w:p w:rsidR="0037327B" w:rsidRDefault="00A45D98">
      <w:pPr>
        <w:pStyle w:val="ListBullet"/>
      </w:pPr>
      <w:r>
        <w:t>ја отвораат кутијата за пријави најмалку еднаш неделно или веднаш по сознание дека е можна пријава;</w:t>
      </w:r>
    </w:p>
    <w:p w:rsidR="0037327B" w:rsidRDefault="00A45D98">
      <w:pPr>
        <w:pStyle w:val="ListBullet"/>
      </w:pPr>
      <w:r>
        <w:t>водат евиденција за датумот на пристигнување на пријавите и преземените чекори, без нарушување на анонимноста;</w:t>
      </w:r>
    </w:p>
    <w:p w:rsidR="0037327B" w:rsidRDefault="00A45D98">
      <w:pPr>
        <w:pStyle w:val="ListBullet"/>
      </w:pPr>
      <w:r>
        <w:t>заедно со вработениот кој ја примил пријавата ја проценуваат ситуацијата и одлучуваат за соодветни мерки на заштита;</w:t>
      </w:r>
    </w:p>
    <w:p w:rsidR="0037327B" w:rsidRDefault="00A45D98">
      <w:pPr>
        <w:pStyle w:val="ListBullet"/>
      </w:pPr>
      <w:r>
        <w:t>изработуваат писмен план за заштита на жртвата и план за промена на однесувањето на сторителот, со одговорни лица, рокови и очекувани резултати;</w:t>
      </w:r>
    </w:p>
    <w:p w:rsidR="0037327B" w:rsidRDefault="00A45D98">
      <w:pPr>
        <w:pStyle w:val="ListBullet"/>
      </w:pPr>
      <w:r>
        <w:lastRenderedPageBreak/>
        <w:t>координираат, следат и известуваат за напредокот до директорот и стручниот тим.</w:t>
      </w:r>
    </w:p>
    <w:p w:rsidR="0037327B" w:rsidRDefault="00A45D98">
      <w:pPr>
        <w:pStyle w:val="Heading1"/>
      </w:pPr>
      <w:r>
        <w:t>ПОСТАПКА ПРИ ПРИЈАВА НА НАСИЛСТВО</w:t>
      </w:r>
    </w:p>
    <w:p w:rsidR="0037327B" w:rsidRDefault="00A45D98">
      <w:r>
        <w:rPr>
          <w:b/>
        </w:rPr>
        <w:t>Член 4</w:t>
      </w:r>
      <w:r>
        <w:rPr>
          <w:b/>
        </w:rPr>
        <w:br/>
      </w:r>
    </w:p>
    <w:p w:rsidR="0037327B" w:rsidRDefault="00A45D98">
      <w:r>
        <w:t>Насилството може да го пријави ученик, родител/старател, секој вработен во училиштето, вклучително административниот и помошно-техничкиот персонал, како и лицата задолжени за обезбедување на училиштето. Должност е да се пријави насилство или сомнеж за насилство над ученик, без оглед каде се случило.</w:t>
      </w:r>
    </w:p>
    <w:tbl>
      <w:tblPr>
        <w:tblStyle w:val="TableGrid"/>
        <w:tblW w:w="0" w:type="auto"/>
        <w:jc w:val="center"/>
        <w:tblLook w:val="04A0" w:firstRow="1" w:lastRow="0" w:firstColumn="1" w:lastColumn="0" w:noHBand="0" w:noVBand="1"/>
      </w:tblPr>
      <w:tblGrid>
        <w:gridCol w:w="3222"/>
        <w:gridCol w:w="3225"/>
        <w:gridCol w:w="3222"/>
      </w:tblGrid>
      <w:tr w:rsidR="0037327B">
        <w:trPr>
          <w:jc w:val="center"/>
        </w:trPr>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Форма на пријава</w:t>
            </w:r>
          </w:p>
        </w:tc>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Начин на поднесување</w:t>
            </w:r>
          </w:p>
        </w:tc>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Рок</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Усна пријава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Директно кај контакт-лицето/заменикот, стручната служба, раководител на паралелка, директор или друг вработен; може и телефонски.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Веднаш по настанот</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Писмена пријава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Официјален формулар за пријава.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рок од 24 часа од настанот</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Електронска пошта / онлајн формулар</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Посебна електронска адреса за пријавување насилство и комуникација; онлајн формулар со можност за анонимна пријава.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било кое време</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Кутија за пријава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Анонимно.</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било кое време</w:t>
            </w:r>
          </w:p>
        </w:tc>
      </w:tr>
    </w:tbl>
    <w:p w:rsidR="0037327B" w:rsidRDefault="00A45D98">
      <w:pPr>
        <w:pStyle w:val="Heading1"/>
      </w:pPr>
      <w:r>
        <w:t>ТИМ ЗА ПОСТАПУВАЊЕ ПРИ НАСИЛСТВО</w:t>
      </w:r>
    </w:p>
    <w:p w:rsidR="0037327B" w:rsidRDefault="00A45D98">
      <w:r>
        <w:rPr>
          <w:b/>
        </w:rPr>
        <w:t>Член 5</w:t>
      </w:r>
      <w:r>
        <w:rPr>
          <w:b/>
        </w:rPr>
        <w:br/>
      </w:r>
    </w:p>
    <w:p w:rsidR="0037327B" w:rsidRDefault="00A45D98">
      <w:r>
        <w:t>Доколку во училиштето се појави или пријави насилство, се формира тим за заштита од насилство составен од:</w:t>
      </w:r>
    </w:p>
    <w:p w:rsidR="0037327B" w:rsidRDefault="00A45D98">
      <w:pPr>
        <w:pStyle w:val="ListBullet"/>
      </w:pPr>
      <w:r>
        <w:t>директор;</w:t>
      </w:r>
    </w:p>
    <w:p w:rsidR="0037327B" w:rsidRDefault="00A45D98">
      <w:pPr>
        <w:pStyle w:val="ListBullet"/>
      </w:pPr>
      <w:r>
        <w:t>стручни соработници (психолог, дефектолог/специјален едукатор и рехабилитатор, социјален работник – доколку ги има);</w:t>
      </w:r>
    </w:p>
    <w:p w:rsidR="0037327B" w:rsidRDefault="00A45D98">
      <w:pPr>
        <w:pStyle w:val="ListBullet"/>
      </w:pPr>
      <w:r>
        <w:t>контакт-лице или заменик контакт-лице;</w:t>
      </w:r>
    </w:p>
    <w:p w:rsidR="0037327B" w:rsidRDefault="00A45D98">
      <w:pPr>
        <w:pStyle w:val="ListBullet"/>
      </w:pPr>
      <w:r>
        <w:t>раководител на паралелка;</w:t>
      </w:r>
    </w:p>
    <w:p w:rsidR="0037327B" w:rsidRDefault="00A45D98">
      <w:pPr>
        <w:pStyle w:val="ListBullet"/>
      </w:pPr>
      <w:r>
        <w:t>наставник по избор;</w:t>
      </w:r>
    </w:p>
    <w:p w:rsidR="0037327B" w:rsidRDefault="00A45D98">
      <w:pPr>
        <w:pStyle w:val="ListBullet"/>
      </w:pPr>
      <w:r>
        <w:t>воспитувач, по потреба.</w:t>
      </w:r>
    </w:p>
    <w:p w:rsidR="0037327B" w:rsidRDefault="00A45D98">
      <w:pPr>
        <w:pStyle w:val="Heading1"/>
      </w:pPr>
      <w:r>
        <w:t>ОРГАНИ И НАДЛЕЖНОСТИ</w:t>
      </w:r>
    </w:p>
    <w:p w:rsidR="0037327B" w:rsidRDefault="00A45D98">
      <w:r>
        <w:rPr>
          <w:b/>
        </w:rPr>
        <w:t>Член 6</w:t>
      </w:r>
      <w:r>
        <w:rPr>
          <w:b/>
        </w:rPr>
        <w:br/>
      </w:r>
    </w:p>
    <w:p w:rsidR="0037327B" w:rsidRDefault="00A45D98">
      <w:r>
        <w:t>Координатор за постапување при насилство е контакт-лицето, односно заменик контакт-лицето, именувани со посебен акт на училиштето.</w:t>
      </w:r>
    </w:p>
    <w:p w:rsidR="0037327B" w:rsidRDefault="00A45D98">
      <w:r>
        <w:lastRenderedPageBreak/>
        <w:t>Тимот за постапување при насилство е должен да реагира најдоцна во рок од 24 часа од добиената пријава. Надлежностите вклучуваат прием и евиденција на пријави, проценка/испитување на случајот, предлагање мерки и следење на состојбата.</w:t>
      </w:r>
    </w:p>
    <w:p w:rsidR="0037327B" w:rsidRDefault="00A45D98">
      <w:r>
        <w:t>Доколку има потреба, се информираат надворешни институции (Центар за социјална работа, полиција, здравствена установа и други). Проценката ја прави контакт-лицето заедно со стручната служба, а директорот го одобрува вклучувањето на надворешни субјекти кога тоа е потребно.</w:t>
      </w:r>
    </w:p>
    <w:p w:rsidR="0037327B" w:rsidRDefault="00A45D98">
      <w:r>
        <w:t>Сите постапки, комуникации и преземени мерки се евидентираат писмено и се чуваат согласно правилата за заштита на личните податоци и заштита на децата.</w:t>
      </w:r>
    </w:p>
    <w:tbl>
      <w:tblPr>
        <w:tblStyle w:val="TableGrid"/>
        <w:tblW w:w="0" w:type="auto"/>
        <w:jc w:val="center"/>
        <w:tblLook w:val="04A0" w:firstRow="1" w:lastRow="0" w:firstColumn="1" w:lastColumn="0" w:noHBand="0" w:noVBand="1"/>
      </w:tblPr>
      <w:tblGrid>
        <w:gridCol w:w="3223"/>
        <w:gridCol w:w="3225"/>
        <w:gridCol w:w="3221"/>
      </w:tblGrid>
      <w:tr w:rsidR="0037327B">
        <w:trPr>
          <w:jc w:val="center"/>
        </w:trPr>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Чекор</w:t>
            </w:r>
          </w:p>
        </w:tc>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Опис</w:t>
            </w:r>
          </w:p>
        </w:tc>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Рок</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Евиденција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Запишување на случајот во Регистар на пријави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Веднаш</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Известување</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Информирање на директорот и стручните соработници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рок од 2 часа</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Формирање тим</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Активирање на тимот за постапување</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рок од 4 часа</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Известување институции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ЦСР, МВР, здравствена установа, Јавно обвинителство и други, доколку има потреба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Веднаш</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Вклучување на засегнатите страни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Ученик-жртва, ученик-сторител, ученици-сведоци, други засегнати ученици и вработени, родители/старатели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период од 3 дена</w:t>
            </w:r>
          </w:p>
        </w:tc>
      </w:tr>
    </w:tbl>
    <w:p w:rsidR="0037327B" w:rsidRDefault="00A45D98">
      <w:pPr>
        <w:pStyle w:val="Heading2"/>
      </w:pPr>
      <w:r>
        <w:t>МЕРКИ И ИНТЕРВЕНЦИИ</w:t>
      </w:r>
    </w:p>
    <w:tbl>
      <w:tblPr>
        <w:tblStyle w:val="TableGrid"/>
        <w:tblW w:w="0" w:type="auto"/>
        <w:jc w:val="center"/>
        <w:tblLook w:val="04A0" w:firstRow="1" w:lastRow="0" w:firstColumn="1" w:lastColumn="0" w:noHBand="0" w:noVBand="1"/>
      </w:tblPr>
      <w:tblGrid>
        <w:gridCol w:w="3222"/>
        <w:gridCol w:w="3224"/>
        <w:gridCol w:w="3223"/>
      </w:tblGrid>
      <w:tr w:rsidR="0037327B">
        <w:trPr>
          <w:jc w:val="center"/>
        </w:trPr>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Мерка</w:t>
            </w:r>
          </w:p>
        </w:tc>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Надлежен орган</w:t>
            </w:r>
          </w:p>
        </w:tc>
        <w:tc>
          <w:tcPr>
            <w:tcW w:w="3230" w:type="dxa"/>
            <w:tcBorders>
              <w:top w:val="single" w:sz="8" w:space="0" w:color="000000"/>
              <w:left w:val="single" w:sz="8" w:space="0" w:color="000000"/>
              <w:bottom w:val="single" w:sz="8" w:space="0" w:color="000000"/>
              <w:right w:val="single" w:sz="8" w:space="0" w:color="000000"/>
            </w:tcBorders>
            <w:shd w:val="clear" w:color="auto" w:fill="D9EAF7"/>
            <w:vAlign w:val="center"/>
          </w:tcPr>
          <w:p w:rsidR="0037327B" w:rsidRDefault="00A45D98">
            <w:pPr>
              <w:spacing w:after="40"/>
            </w:pPr>
            <w:r>
              <w:rPr>
                <w:b/>
                <w:sz w:val="19"/>
              </w:rPr>
              <w:t>Рок за извршување</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Педагошка мерка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Наставник, стручна служба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Непосредно</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Работа со стручна служба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Психолог, дефектолог, социјален работник, согласно расположливите кадри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рок од 3 дена</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Медиација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Тим за постапување</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Во рок од 5 дена</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Превентивни работилници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Стручна служба</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Постојано</w:t>
            </w:r>
          </w:p>
        </w:tc>
      </w:tr>
      <w:tr w:rsidR="0037327B">
        <w:trPr>
          <w:jc w:val="center"/>
        </w:trPr>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Вклучување институции</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Директор</w:t>
            </w:r>
          </w:p>
        </w:tc>
        <w:tc>
          <w:tcPr>
            <w:tcW w:w="3230"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Веднаш доколку има потреба</w:t>
            </w:r>
          </w:p>
        </w:tc>
      </w:tr>
    </w:tbl>
    <w:p w:rsidR="0037327B" w:rsidRDefault="00A45D98">
      <w:pPr>
        <w:pStyle w:val="Heading1"/>
      </w:pPr>
      <w:r>
        <w:t>ПОЧИТУВАЊЕ НА ПРИВАТНОСТ</w:t>
      </w:r>
    </w:p>
    <w:p w:rsidR="0037327B" w:rsidRDefault="00A45D98">
      <w:r>
        <w:rPr>
          <w:b/>
        </w:rPr>
        <w:t>Член 7</w:t>
      </w:r>
      <w:r>
        <w:rPr>
          <w:b/>
        </w:rPr>
        <w:br/>
      </w:r>
    </w:p>
    <w:p w:rsidR="0037327B" w:rsidRDefault="00A45D98">
      <w:pPr>
        <w:pStyle w:val="ListBullet"/>
      </w:pPr>
      <w:r>
        <w:t>Училиштето ја почитува приватноста на ученикот при пријавување на насилство.</w:t>
      </w:r>
    </w:p>
    <w:p w:rsidR="0037327B" w:rsidRDefault="00A45D98">
      <w:pPr>
        <w:pStyle w:val="ListBullet"/>
      </w:pPr>
      <w:r>
        <w:t>Разговорите се водат во соодветен простор што гарантира приватност и дискретност.</w:t>
      </w:r>
    </w:p>
    <w:p w:rsidR="0037327B" w:rsidRDefault="00A45D98">
      <w:pPr>
        <w:pStyle w:val="ListBullet"/>
      </w:pPr>
      <w:r>
        <w:t>Се штитат идентитетот и достоинството на ученикот, без разлика дали е жртва или сторител.</w:t>
      </w:r>
    </w:p>
    <w:p w:rsidR="0037327B" w:rsidRDefault="00A45D98">
      <w:pPr>
        <w:pStyle w:val="ListBullet"/>
      </w:pPr>
      <w:r>
        <w:t>Не се споделуваат лични податоци, слики, снимки или детали што можат да доведат до препознавање на ученикот.</w:t>
      </w:r>
    </w:p>
    <w:p w:rsidR="0037327B" w:rsidRDefault="00A45D98">
      <w:pPr>
        <w:pStyle w:val="ListBullet"/>
      </w:pPr>
      <w:r>
        <w:t>Информациите поврзани со случај на насилство се доверливи и се споделуваат само со лицата вклучени во процесот на заштита и поддршка.</w:t>
      </w:r>
    </w:p>
    <w:p w:rsidR="0037327B" w:rsidRDefault="00A45D98">
      <w:pPr>
        <w:pStyle w:val="ListBullet"/>
      </w:pPr>
      <w:r>
        <w:lastRenderedPageBreak/>
        <w:t>На ученикот-жртва на разбирлив начин му се објаснува што значи доверливост и со кои лица може да биде споделена информацијата.</w:t>
      </w:r>
    </w:p>
    <w:p w:rsidR="0037327B" w:rsidRDefault="00A45D98">
      <w:pPr>
        <w:pStyle w:val="Heading1"/>
      </w:pPr>
      <w:r>
        <w:t>МЕРКИ НА ЗАШТИТА И ПОДДРШКА НА УЧЕНИКОТ-ЖРТВА</w:t>
      </w:r>
    </w:p>
    <w:p w:rsidR="0037327B" w:rsidRDefault="00A45D98">
      <w:r>
        <w:rPr>
          <w:b/>
        </w:rPr>
        <w:t>Член 8</w:t>
      </w:r>
      <w:r>
        <w:rPr>
          <w:b/>
        </w:rPr>
        <w:br/>
      </w:r>
    </w:p>
    <w:p w:rsidR="0037327B" w:rsidRDefault="00A45D98">
      <w:pPr>
        <w:pStyle w:val="ListBullet"/>
      </w:pPr>
      <w:r>
        <w:t>Училиштето презема мерки за заштита на секој ученик, особено кога насилството е поврзано со лични карактеристики, различност или припадност што може да го изложи ученикот на поголем ризик од дискриминација, исклучување или стигматизација.</w:t>
      </w:r>
    </w:p>
    <w:p w:rsidR="0037327B" w:rsidRDefault="00A45D98">
      <w:pPr>
        <w:pStyle w:val="ListBullet"/>
      </w:pPr>
      <w:r>
        <w:t>Мерките се прилагодуваат според специфичните потреби на ученикот, со почитување на различностите, еднаквоста и инклузивноста.</w:t>
      </w:r>
    </w:p>
    <w:p w:rsidR="0037327B" w:rsidRDefault="00A45D98">
      <w:pPr>
        <w:pStyle w:val="ListBullet"/>
      </w:pPr>
      <w:r>
        <w:t>Психосоцијална поддршка.</w:t>
      </w:r>
    </w:p>
    <w:p w:rsidR="0037327B" w:rsidRDefault="00A45D98">
      <w:pPr>
        <w:pStyle w:val="ListBullet"/>
      </w:pPr>
      <w:r>
        <w:t>Заштита на идентитетот.</w:t>
      </w:r>
    </w:p>
    <w:p w:rsidR="0037327B" w:rsidRDefault="00A45D98">
      <w:pPr>
        <w:pStyle w:val="ListBullet"/>
      </w:pPr>
      <w:r>
        <w:t>Следење од страна на психолог/стручен соработник.</w:t>
      </w:r>
    </w:p>
    <w:p w:rsidR="0037327B" w:rsidRDefault="00A45D98">
      <w:pPr>
        <w:pStyle w:val="ListBullet"/>
      </w:pPr>
      <w:r>
        <w:t>По потреба, промена на паралелката.</w:t>
      </w:r>
    </w:p>
    <w:p w:rsidR="0037327B" w:rsidRDefault="00A45D98">
      <w:pPr>
        <w:pStyle w:val="ListBullet"/>
      </w:pPr>
      <w:r>
        <w:t>Мерките се спроведуваат со согласност на жртвата или родителот/старателот, кога тоа е применливо.</w:t>
      </w:r>
    </w:p>
    <w:p w:rsidR="0037327B" w:rsidRDefault="00A45D98">
      <w:pPr>
        <w:pStyle w:val="ListBullet"/>
      </w:pPr>
      <w:r>
        <w:t>Мерките на заштита и поддршка се применуваат и за учениците-сведоци.</w:t>
      </w:r>
    </w:p>
    <w:p w:rsidR="0037327B" w:rsidRDefault="00A45D98">
      <w:pPr>
        <w:pStyle w:val="Heading1"/>
      </w:pPr>
      <w:r>
        <w:t>МЕРКИ ЗА ПОДДРШКА И ПЕДАГОШКИ МЕРКИ НА УЧЕНИКОТ-СТОРИТЕЛ</w:t>
      </w:r>
    </w:p>
    <w:p w:rsidR="0037327B" w:rsidRDefault="00A45D98">
      <w:r>
        <w:rPr>
          <w:b/>
        </w:rPr>
        <w:t>Член 9</w:t>
      </w:r>
      <w:r>
        <w:rPr>
          <w:b/>
        </w:rPr>
        <w:br/>
      </w:r>
    </w:p>
    <w:p w:rsidR="0037327B" w:rsidRDefault="00A45D98">
      <w:pPr>
        <w:pStyle w:val="ListBullet"/>
      </w:pPr>
      <w:r>
        <w:t>психосоцијална поддршка за ресоцијализација;</w:t>
      </w:r>
    </w:p>
    <w:p w:rsidR="0037327B" w:rsidRDefault="00A45D98">
      <w:pPr>
        <w:pStyle w:val="ListBullet"/>
      </w:pPr>
      <w:r>
        <w:t>следење од страна на психолог/стручен соработник;</w:t>
      </w:r>
    </w:p>
    <w:p w:rsidR="0037327B" w:rsidRDefault="00A45D98">
      <w:pPr>
        <w:pStyle w:val="ListBullet"/>
      </w:pPr>
      <w:r>
        <w:t>заштита на идентитетот;</w:t>
      </w:r>
    </w:p>
    <w:p w:rsidR="0037327B" w:rsidRDefault="00A45D98">
      <w:pPr>
        <w:pStyle w:val="ListBullet"/>
      </w:pPr>
      <w:r>
        <w:t>вклучување во воспитно-едукативни работилници;</w:t>
      </w:r>
    </w:p>
    <w:p w:rsidR="0037327B" w:rsidRDefault="00A45D98">
      <w:pPr>
        <w:pStyle w:val="ListBullet"/>
      </w:pPr>
      <w:r>
        <w:t>вклучување во општествено корисни активности во училиштето;</w:t>
      </w:r>
    </w:p>
    <w:p w:rsidR="0037327B" w:rsidRDefault="00A45D98">
      <w:pPr>
        <w:pStyle w:val="ListBullet"/>
      </w:pPr>
      <w:r>
        <w:t>поддршка за откривање и освестување на факторите што придонеле за насилно однесување;</w:t>
      </w:r>
    </w:p>
    <w:p w:rsidR="0037327B" w:rsidRDefault="00A45D98">
      <w:pPr>
        <w:pStyle w:val="ListBullet"/>
      </w:pPr>
      <w:r>
        <w:t>по потреба, препорака за професионална помош надвор од училиштето;</w:t>
      </w:r>
    </w:p>
    <w:p w:rsidR="0037327B" w:rsidRDefault="00A45D98">
      <w:pPr>
        <w:pStyle w:val="ListBullet"/>
      </w:pPr>
      <w:r>
        <w:t>педагошки мерки кога воспитно-едукативните мерки и активности не дале резултат;</w:t>
      </w:r>
    </w:p>
    <w:p w:rsidR="0037327B" w:rsidRDefault="00A45D98">
      <w:pPr>
        <w:pStyle w:val="ListBullet"/>
      </w:pPr>
      <w:r>
        <w:t>педагошките мерки се спроведуваат исклучиво во согласност со применливите прописи.</w:t>
      </w:r>
    </w:p>
    <w:p w:rsidR="0037327B" w:rsidRDefault="00A45D98">
      <w:pPr>
        <w:pStyle w:val="Heading1"/>
      </w:pPr>
      <w:r>
        <w:t>ПРЕВЕНТИВНИ АКТИВНОСТИ</w:t>
      </w:r>
    </w:p>
    <w:p w:rsidR="0037327B" w:rsidRDefault="00A45D98">
      <w:r>
        <w:rPr>
          <w:b/>
        </w:rPr>
        <w:t>Член 10</w:t>
      </w:r>
      <w:r>
        <w:rPr>
          <w:b/>
        </w:rPr>
        <w:br/>
      </w:r>
    </w:p>
    <w:p w:rsidR="0037327B" w:rsidRDefault="00A45D98">
      <w:pPr>
        <w:pStyle w:val="ListBullet"/>
      </w:pPr>
      <w:r>
        <w:t>Едукација на учениците, наставниците и родителите за препознавање и спречување на насилство.</w:t>
      </w:r>
    </w:p>
    <w:p w:rsidR="0037327B" w:rsidRDefault="00A45D98">
      <w:pPr>
        <w:pStyle w:val="ListBullet"/>
      </w:pPr>
      <w:r>
        <w:t>Работилници, трибини и предавања.</w:t>
      </w:r>
    </w:p>
    <w:p w:rsidR="0037327B" w:rsidRDefault="00A45D98">
      <w:pPr>
        <w:pStyle w:val="ListBullet"/>
      </w:pPr>
      <w:r>
        <w:t>Кампањи за подигнување на свеста.</w:t>
      </w:r>
    </w:p>
    <w:p w:rsidR="0037327B" w:rsidRDefault="00A45D98">
      <w:pPr>
        <w:pStyle w:val="ListBullet"/>
      </w:pPr>
      <w:r>
        <w:t>Активно работење на училишниот тим за спречување на сите видови насилство.</w:t>
      </w:r>
    </w:p>
    <w:p w:rsidR="0037327B" w:rsidRDefault="00A45D98">
      <w:pPr>
        <w:pStyle w:val="Heading1"/>
      </w:pPr>
      <w:r>
        <w:lastRenderedPageBreak/>
        <w:t>ЕВИДЕНЦИЈА И ДОКУМЕНТАЦИЈА</w:t>
      </w:r>
    </w:p>
    <w:p w:rsidR="0037327B" w:rsidRDefault="00A45D98">
      <w:r>
        <w:rPr>
          <w:b/>
        </w:rPr>
        <w:t>Член 11</w:t>
      </w:r>
      <w:r>
        <w:rPr>
          <w:b/>
        </w:rPr>
        <w:br/>
      </w:r>
    </w:p>
    <w:p w:rsidR="0037327B" w:rsidRDefault="00A45D98">
      <w:r>
        <w:t>Сите пријави, записници, интервјуа, проценки и преземени мерки се чуваат во доверлива архива.</w:t>
      </w:r>
    </w:p>
    <w:p w:rsidR="0037327B" w:rsidRDefault="00A45D98">
      <w:r>
        <w:t>Досието, плановите и формуларите поврзани со ученикот-жртва и ученикот-сторител се чуваат во училиштето четири години по завршувањето на нивното средно образование, согласно правилата за чување и заштита на документацијата.</w:t>
      </w:r>
    </w:p>
    <w:p w:rsidR="0037327B" w:rsidRDefault="00A45D98">
      <w:pPr>
        <w:pStyle w:val="Heading1"/>
      </w:pPr>
      <w:r>
        <w:t>ЗАВРШНИ ОДРЕДБИ</w:t>
      </w:r>
    </w:p>
    <w:p w:rsidR="0037327B" w:rsidRDefault="00A45D98">
      <w:r>
        <w:rPr>
          <w:b/>
        </w:rPr>
        <w:t>Член 12</w:t>
      </w:r>
      <w:r>
        <w:rPr>
          <w:b/>
        </w:rPr>
        <w:br/>
      </w:r>
      <w:r>
        <w:t>За прашањата што не се уредени со овој Интерен правилник се применуваат прописите и актите што ја уредуваат заштитата на учениците, спречувањето и постапувањето при насилство и работата на средните училишта.</w:t>
      </w:r>
    </w:p>
    <w:p w:rsidR="0037327B" w:rsidRDefault="00A45D98">
      <w:r>
        <w:rPr>
          <w:b/>
        </w:rPr>
        <w:t>Член 13</w:t>
      </w:r>
      <w:r>
        <w:rPr>
          <w:b/>
        </w:rPr>
        <w:br/>
      </w:r>
      <w:r>
        <w:t>Измените и дополнувањата на овој Интерен правилник се вршат на начин и во постапка утврдени со актите на училиштето.</w:t>
      </w:r>
    </w:p>
    <w:p w:rsidR="0037327B" w:rsidRDefault="00A45D98">
      <w:r>
        <w:rPr>
          <w:b/>
        </w:rPr>
        <w:t>Член 14</w:t>
      </w:r>
      <w:r>
        <w:rPr>
          <w:b/>
        </w:rPr>
        <w:br/>
      </w:r>
      <w:r>
        <w:t>Овој Интерен правилник се објавува/достапен е на вработените, учениците и родителите/старателите и се применува од денот на неговото донесување, односно стапување во сила.</w:t>
      </w:r>
    </w:p>
    <w:p w:rsidR="0037327B" w:rsidRDefault="00A45D98">
      <w:r>
        <w:rPr>
          <w:b/>
        </w:rPr>
        <w:t>Член 15</w:t>
      </w:r>
      <w:r>
        <w:rPr>
          <w:b/>
        </w:rPr>
        <w:br/>
      </w:r>
      <w:r>
        <w:t>Со стапувањето во сила на овој правилник, сите организациски и постапковни прашања во училиштето поврзани со спречување и заштита од насилство се усогласуваат со неговите одредби.</w:t>
      </w:r>
    </w:p>
    <w:p w:rsidR="0037327B" w:rsidRDefault="0037327B"/>
    <w:tbl>
      <w:tblPr>
        <w:tblStyle w:val="TableGrid"/>
        <w:tblW w:w="0" w:type="auto"/>
        <w:jc w:val="center"/>
        <w:tblLook w:val="04A0" w:firstRow="1" w:lastRow="0" w:firstColumn="1" w:lastColumn="0" w:noHBand="0" w:noVBand="1"/>
      </w:tblPr>
      <w:tblGrid>
        <w:gridCol w:w="4832"/>
        <w:gridCol w:w="4837"/>
      </w:tblGrid>
      <w:tr w:rsidR="0037327B">
        <w:trPr>
          <w:jc w:val="center"/>
        </w:trPr>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Број:</w:t>
            </w:r>
          </w:p>
        </w:tc>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________________________</w:t>
            </w:r>
          </w:p>
        </w:tc>
      </w:tr>
      <w:tr w:rsidR="0037327B">
        <w:trPr>
          <w:jc w:val="center"/>
        </w:trPr>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Датум:</w:t>
            </w:r>
          </w:p>
        </w:tc>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________________________</w:t>
            </w:r>
          </w:p>
        </w:tc>
      </w:tr>
      <w:tr w:rsidR="0037327B">
        <w:trPr>
          <w:jc w:val="center"/>
        </w:trPr>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Место:</w:t>
            </w:r>
          </w:p>
        </w:tc>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Охрид</w:t>
            </w:r>
          </w:p>
        </w:tc>
      </w:tr>
      <w:tr w:rsidR="0037327B">
        <w:trPr>
          <w:jc w:val="center"/>
        </w:trPr>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Директор:</w:t>
            </w:r>
          </w:p>
        </w:tc>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________________________</w:t>
            </w:r>
          </w:p>
        </w:tc>
      </w:tr>
      <w:tr w:rsidR="0037327B">
        <w:trPr>
          <w:jc w:val="center"/>
        </w:trPr>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A45D98">
            <w:pPr>
              <w:spacing w:after="40"/>
            </w:pPr>
            <w:r>
              <w:rPr>
                <w:sz w:val="19"/>
              </w:rPr>
              <w:t>М.П.</w:t>
            </w:r>
          </w:p>
        </w:tc>
        <w:tc>
          <w:tcPr>
            <w:tcW w:w="4844" w:type="dxa"/>
            <w:tcBorders>
              <w:top w:val="single" w:sz="8" w:space="0" w:color="000000"/>
              <w:left w:val="single" w:sz="8" w:space="0" w:color="000000"/>
              <w:bottom w:val="single" w:sz="8" w:space="0" w:color="000000"/>
              <w:right w:val="single" w:sz="8" w:space="0" w:color="000000"/>
            </w:tcBorders>
            <w:vAlign w:val="center"/>
          </w:tcPr>
          <w:p w:rsidR="0037327B" w:rsidRDefault="0037327B">
            <w:pPr>
              <w:spacing w:after="40"/>
            </w:pPr>
          </w:p>
        </w:tc>
      </w:tr>
    </w:tbl>
    <w:p w:rsidR="0037327B" w:rsidRDefault="00A45D98">
      <w:r>
        <w:br w:type="page"/>
      </w:r>
    </w:p>
    <w:p w:rsidR="0037327B" w:rsidRDefault="00A45D98">
      <w:pPr>
        <w:pStyle w:val="Heading1"/>
      </w:pPr>
      <w:r>
        <w:lastRenderedPageBreak/>
        <w:t>ПРИЛОГ 1 – ПОДАТОЦИ ЗА КОНТАКТ-ЛИЦАТА</w:t>
      </w:r>
    </w:p>
    <w:p w:rsidR="0037327B" w:rsidRDefault="00A45D98">
      <w:r>
        <w:t>Контакт-лице за пријавување насилство:</w:t>
      </w:r>
    </w:p>
    <w:p w:rsidR="0037327B" w:rsidRDefault="00A45D98">
      <w:r>
        <w:t>Име и презиме: ______________________________________________</w:t>
      </w:r>
    </w:p>
    <w:p w:rsidR="0037327B" w:rsidRDefault="00A45D98">
      <w:r>
        <w:t>Работно место: ______________________________________________</w:t>
      </w:r>
    </w:p>
    <w:p w:rsidR="0037327B" w:rsidRDefault="00A45D98">
      <w:r>
        <w:t>Телефон/службен контакт: ___________________________________</w:t>
      </w:r>
    </w:p>
    <w:p w:rsidR="0037327B" w:rsidRDefault="0037327B"/>
    <w:p w:rsidR="0037327B" w:rsidRDefault="00A45D98">
      <w:r>
        <w:t>Заменик контакт-лице:</w:t>
      </w:r>
    </w:p>
    <w:p w:rsidR="0037327B" w:rsidRDefault="00A45D98">
      <w:r>
        <w:t>Име и презиме: ______________________________________________</w:t>
      </w:r>
    </w:p>
    <w:p w:rsidR="0037327B" w:rsidRDefault="00A45D98">
      <w:r>
        <w:t>Работно место: ______________________________________________</w:t>
      </w:r>
    </w:p>
    <w:p w:rsidR="0037327B" w:rsidRDefault="00A45D98">
      <w:r>
        <w:t>Телефон/службен контакт: ___________________________________</w:t>
      </w:r>
    </w:p>
    <w:p w:rsidR="0037327B" w:rsidRDefault="0037327B"/>
    <w:p w:rsidR="0037327B" w:rsidRDefault="00A45D98">
      <w:r>
        <w:t>Напомена: Податоците за контакт-лицето и неговиот заменик се определуваат со посебен акт на училиштето и се ажурираат при секоја промена.</w:t>
      </w:r>
    </w:p>
    <w:sectPr w:rsidR="0037327B" w:rsidSect="00034616">
      <w:headerReference w:type="default" r:id="rId8"/>
      <w:footerReference w:type="default" r:id="rId9"/>
      <w:pgSz w:w="12240" w:h="15840"/>
      <w:pgMar w:top="1247"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D98" w:rsidRDefault="00A45D98">
      <w:pPr>
        <w:spacing w:after="0" w:line="240" w:lineRule="auto"/>
      </w:pPr>
      <w:r>
        <w:separator/>
      </w:r>
    </w:p>
  </w:endnote>
  <w:endnote w:type="continuationSeparator" w:id="0">
    <w:p w:rsidR="00A45D98" w:rsidRDefault="00A4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27B" w:rsidRDefault="00A45D98">
    <w:pPr>
      <w:pStyle w:val="Footer"/>
      <w:jc w:val="center"/>
    </w:pPr>
    <w:r>
      <w:rPr>
        <w:sz w:val="16"/>
      </w:rPr>
      <w:t xml:space="preserve">Интерен правилник за спречување и заштита од насилство  |  </w:t>
    </w:r>
    <w:r>
      <w:fldChar w:fldCharType="begin"/>
    </w:r>
    <w:r>
      <w:instrText>PAGE</w:instrText>
    </w:r>
    <w:r>
      <w:fldChar w:fldCharType="separate"/>
    </w:r>
    <w:r w:rsidR="00457A7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D98" w:rsidRDefault="00A45D98">
      <w:pPr>
        <w:spacing w:after="0" w:line="240" w:lineRule="auto"/>
      </w:pPr>
      <w:r>
        <w:separator/>
      </w:r>
    </w:p>
  </w:footnote>
  <w:footnote w:type="continuationSeparator" w:id="0">
    <w:p w:rsidR="00A45D98" w:rsidRDefault="00A45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27B" w:rsidRDefault="00A45D98">
    <w:pPr>
      <w:pStyle w:val="Header"/>
      <w:jc w:val="center"/>
    </w:pPr>
    <w:r>
      <w:rPr>
        <w:b/>
        <w:sz w:val="18"/>
      </w:rPr>
      <w:t>СОСУ „Св. Кирил и Методиј“ – Охрид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327B"/>
    <w:rsid w:val="00457A79"/>
    <w:rsid w:val="00924521"/>
    <w:rsid w:val="009D46CB"/>
    <w:rsid w:val="00A45D98"/>
    <w:rsid w:val="00AA1D8D"/>
    <w:rsid w:val="00AE219E"/>
    <w:rsid w:val="00B47730"/>
    <w:rsid w:val="00CB0664"/>
    <w:rsid w:val="00E442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671252"/>
  <w14:defaultImageDpi w14:val="300"/>
  <w15:docId w15:val="{3EB7250F-60AF-4D6D-9F49-9484DFA3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7372E-E55A-4589-AF45-8423A4663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2026-10-02T08:33:00Z</dcterms:created>
  <dcterms:modified xsi:type="dcterms:W3CDTF">2026-10-02T08:33:00Z</dcterms:modified>
  <cp:category/>
</cp:coreProperties>
</file>